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17:00-21:00 Kauhavan NS tanssit su 22.11. Finlanders</w:t>
      </w:r>
    </w:p>
    <w:p>
      <w:r>
        <w:t>Kauhavan NS tanssittaa su 22.11. Finlandersin tahdein.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