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17:00-18:30 Arto Mellerin runoja 3.9. klo 17 Lappajärven kirjastossa</w:t>
      </w:r>
    </w:p>
    <w:p>
      <w:r>
        <w:t>Arto Mellerin syntymän 70-vuotisjuhlan kunniaksi lappajärveläiset kulttuuri- ja kunta-alan toimijat tulkitsevat Mellerin 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