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Laulajantien Senioritalo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 xml:space="preserve">14:00-16:00 Mistä tunnistaa sivistyneen ja viisaan ihmisen – vai tarvitaanko sellaisia enää </w:t>
      </w:r>
    </w:p>
    <w:p>
      <w:r>
        <w:t>Luento: Mistä tunnistaa sivistyneen ja viisaan ihmisen – vai tarvitaanko sellaisia enää mihinkään?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