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kansalaisopisto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07:00-21:00 Retki Suomen kädentaidot -messuille Tampereelle</w:t>
      </w:r>
    </w:p>
    <w:p>
      <w:r>
        <w:t>Retki Suomen kädentaidot -messuille Tampereelle</w:t>
      </w:r>
    </w:p>
    <w:p>
      <w:r>
        <w:t>64€. Alustava hinta tarkentuu myöhemmin, mutta ei nouse.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