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Unski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12:00-16:00 Pihakirppis Karvalan Unskilla</w:t>
      </w:r>
    </w:p>
    <w:p>
      <w:r>
        <w:t>Pihakirppis Karvalan Unskilla lauantaina 22.8.2026 klo 12.00-16.00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