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19:00-23:00 Peer Günt 50-vuotisjuhlakeikka @ Rytmikorjaamo</w:t>
      </w:r>
    </w:p>
    <w:p>
      <w:r>
        <w:t>Peer Günt 50-vuotisjuhlakeikka 5.12.2026 @ Rytmikorjaamo</w:t>
      </w:r>
    </w:p>
    <w:p>
      <w:r>
        <w:t>Liput ennakkoon 32 €, Selmun jäsenet 30 € ja ovelta 35 €, mikäli jäljellä. Lippujen hinta sisältää eteispalvelumaksun 2 €. Liput tulevat myyntiin Tiketissä https://www.tiketti.fi/tapahtuma/119912 perjantaina 14.8.2026 klo 10:00 K18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