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Sauma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16:00-19:30 Nuoret leffaan-tapahtuma Kauhavalla 9.9.2026</w:t>
      </w:r>
    </w:p>
    <w:p>
      <w:r>
        <w:t>Ilmainen tapahtuma 13-20-vuotiaille nuorille.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