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Sanssinkartano</w:t>
      </w:r>
    </w:p>
    <w:p>
      <w:r>
        <w:t>29.8.2026 lauantai</w:t>
      </w:r>
    </w:p>
    <w:p>
      <w:pPr>
        <w:pStyle w:val="Heading1"/>
      </w:pPr>
      <w:r>
        <w:t>29.8.2026 lauantai</w:t>
      </w:r>
    </w:p>
    <w:p>
      <w:pPr>
        <w:pStyle w:val="Heading2"/>
      </w:pPr>
      <w:r>
        <w:t>17:00-18:00 Paluu juurille – suomalaisen laulumusiikin konsertti</w:t>
      </w:r>
    </w:p>
    <w:p>
      <w:r>
        <w:t>Sopraano Ruut Karhula ja pianisti Jyri Mishukov tunnelmoivat rakastettujen suomalaisten yksinlaulujen parissa Suomen luonnon päivänä.</w:t>
      </w:r>
    </w:p>
    <w:p>
      <w:r>
        <w:t>Liput ennakkoon: 23 € / 18 €, ovelta: 25 € / 20 €. Alle 18-vuotiaat maksutta. Ennakkolipputilaukset sähköpostitse osoitteeseen ruutkarhula@gmail.com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