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koulun liikuntasali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16:30-18:00 Roller derbyn kokeilukerta ja alkeisjakso</w:t>
      </w:r>
    </w:p>
    <w:p>
      <w:r>
        <w:t>Roller derbyn avoimet kokeilukerrat pe 28.8. klo 19-20:30 ja su 30.8. klo 16:30-18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