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19:00-20:30 Michael Monroe Acoustic Solo Tour</w:t>
      </w:r>
    </w:p>
    <w:p>
      <w:r>
        <w:t>Michael Monroe saapuu Seinäjoelle Kalevan Navettaan!</w:t>
      </w:r>
    </w:p>
    <w:p>
      <w:r>
        <w:t>Ennakko 33 € ja ovelta 35 €.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