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13:00-13:50 Mukula-teatteri esittää: Graffitijengi - Suihkepullojen suhinaa</w:t>
      </w:r>
    </w:p>
    <w:p>
      <w:r>
        <w:t>Mukula-teatterin Graffitijengi – Suihkepullojen suhinaa! La 22.8. klo 13 &amp; 15, NS-talo Harjula, Jalasjärvi. Vapaa pääsy,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