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19:00-23:00 Syyskauden avajaistanssit Härmän Kylpylässä, ilmainen sisäänpääsy!</w:t>
      </w:r>
    </w:p>
    <w:p>
      <w:r>
        <w:t>Tervetuloa viettämään syyskauden avajaistansseja Härmän Kylpylään maanantaina 24.8. klo 19 alkaen.</w:t>
      </w:r>
    </w:p>
    <w:p>
      <w:r>
        <w:t>Ilmainen sisäänpääsy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