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18:00-20:00 Kasvuraide: LEAN – miten sujuvat prosessit syntyvät?</w:t>
      </w:r>
    </w:p>
    <w:p>
      <w:r>
        <w:t>Tutustu Lean-ajatteluun ja tee parempia päätöksiä.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