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 Ojutjärvi / uimaranta, laavu, kota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10:00-13:00 Suomen luonnon päivän ulkoilutapahtuma</w:t>
      </w:r>
    </w:p>
    <w:p>
      <w:r>
        <w:t>Koko perheen ulkoilutapahtuma, kanoottimelontaa, puukonheittoa, lapsille kalastuskisa, haitarimusiikkia. makkaraa, mehua, lättyjä.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