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12:00-17:15 Kurikka Gravel-pyöräily 19.9. klo 12:00</w:t>
      </w:r>
    </w:p>
    <w:p>
      <w:r>
        <w:t xml:space="preserve"> Kurikka Gravel on Kurikka MTB:n järjestämä porukkalenkki, eli kuntoajotapahtuma, ei kilpailu!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