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Traktorimuseo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10:00-14:00 Etelä-Pohjanmaan traktorimuseolla museopäivä 5.9.2026</w:t>
      </w:r>
    </w:p>
    <w:p>
      <w:r>
        <w:t>Etelä-Pohjanmaan traktorimuseolla museopäivä lauantaina 5.9.2026 klo 10-14</w:t>
      </w:r>
    </w:p>
    <w:p>
      <w:r>
        <w:t>pääsylippu 10€/aikuinen ja lapset alle 10v.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