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17:00-19:00 Kysy mitä vain sukututkimuksesta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