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17:00-19:30 1.VÄLIERÄ Jussittaret-Porin Pesäkarhut</w:t>
      </w:r>
    </w:p>
    <w:p>
      <w:r>
        <w:t>Naisten Superpesiksen pudotuspelejä pelataan Seinäjoella</w:t>
      </w:r>
    </w:p>
    <w:p>
      <w:r>
        <w:t>Liput alkaen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