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16:30-20:00 3.VÄLIERÄ Jussittaret - Porin Pesäkarhut</w:t>
      </w:r>
    </w:p>
    <w:p>
      <w:r>
        <w:t>Naisten Superpesiksen välierät ovat käynnissä Seinäjoella</w:t>
      </w:r>
    </w:p>
    <w:p>
      <w:r>
        <w:t>Liput alkaen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