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Nuorisoseura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18:00-20:00 Elokuun iltasoitto urkumusiikkina to 27.8. Tuurin Nuorisoseuralla klo 18.</w:t>
      </w:r>
    </w:p>
    <w:p>
      <w:r>
        <w:t>Urkuiltojen avauskonsertti Tuurin Nuorisoseuralla torstaina 27.8.2026.</w:t>
      </w:r>
    </w:p>
    <w:p>
      <w:r>
        <w:t>Vapaaehtoinen pääsymaksu 10 € sisältää maksuttoman pienen tarjoilun tilaisuuden alussa.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