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12.9.2026 lauantai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20:00-01:00 HEIKÄÄ MEGASHOW 2.0 + Kullervo</w:t>
      </w:r>
    </w:p>
    <w:p>
      <w:r>
        <w:t>Läpileikkaus Lakeuksien Heikää-yhteisön räppäreistä saman katon alla Rytmikorjaamolla</w:t>
      </w:r>
    </w:p>
    <w:p>
      <w:r>
        <w:t>19 euroa ovelta, 16 euroa ennakkoon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