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18:00-23:59 Movetron Alavuden Sepänniemessä perjantaina 28.8.2026.</w:t>
      </w:r>
    </w:p>
    <w:p>
      <w:r>
        <w:t>Movetron Sepänniemen Lomakylässä, lämppärinä Paavo Asunmaa.</w:t>
      </w:r>
    </w:p>
    <w:p>
      <w:r>
        <w:t>Liput 30 €, ennakkoon Tiketistä tai Sepänniemen Lomakylästä.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