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Motocross-rata Alavus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09:00-18:00 SML Amoq SM-Motocross Alavuden motocross-radalla Murronnevalla 5.-6.9.2026</w:t>
      </w:r>
    </w:p>
    <w:p>
      <w:r>
        <w:t>Kotimaisen huippumotocrossin kilpailu Alavuden Murronnevan hiekalla.</w:t>
      </w:r>
    </w:p>
    <w:p>
      <w:r>
        <w:t>Lipunmyynti portilta: lauantai 10 €, sunnuntai 12 €, alle 12-vuotiaat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