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Logistia, Kauhajoki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18:00-20:00 Kasvuraide: LEAN – miten sujuvat prosessit syntyvät</w:t>
      </w:r>
    </w:p>
    <w:p>
      <w:r>
        <w:t>Tehosta toimintaasi LEAN-ajattelulla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