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bar &amp; kahvila ja liveklubi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20:00-23:00 Jazz-ilta Alavuden Monkey Islandissa ke 26.8.2026 klo 20.</w:t>
      </w:r>
    </w:p>
    <w:p>
      <w:r>
        <w:t>TST-orkesteri &amp; Helena Taijala feat. Jyrki Hannila ja Antti Honkanen Monkey Islandissa keskiviikkona 26.8.2026.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