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18:00-19:00 Kasvuraide – Lisäpotkua bisnekseen: Kannattavuus syyniin -valmennus</w:t>
      </w:r>
    </w:p>
    <w:p>
      <w:r>
        <w:t>Onko hinnoittelusi kohdillaan? Valmennuksessa käydään läpi, miten hinnoittelun hallinnalla voit saada parempaa kannattavuutta.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