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Monkey Island Alavus</w:t>
      </w:r>
    </w:p>
    <w:p>
      <w:r>
        <w:t>29.8.2026 lauantai</w:t>
      </w:r>
    </w:p>
    <w:p>
      <w:pPr>
        <w:pStyle w:val="Heading1"/>
      </w:pPr>
      <w:r>
        <w:t>29.8.2026 lauantai</w:t>
      </w:r>
    </w:p>
    <w:p>
      <w:pPr>
        <w:pStyle w:val="Heading2"/>
      </w:pPr>
      <w:r>
        <w:t>20:00-23:59 Rose Heaven Alavuden Monkey Islandissa la 29.8.</w:t>
      </w:r>
    </w:p>
    <w:p>
      <w:r>
        <w:t>Rose Heaven -bändin keikka Monkey Islandissa lauantaina 29.8.2026 klo 23.</w:t>
      </w:r>
    </w:p>
    <w:p>
      <w:r>
        <w:t>Liput 10 € ovelta.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