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 Alavus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21:00-23:59 Jussi Syren And The Groundbreakers Alavuden Monkey Islandissa pe 2.10.</w:t>
      </w:r>
    </w:p>
    <w:p>
      <w:r>
        <w:t>Jussi Syren And The Groundbreakers keikalla Monkey Islandissa perjantaina 2.10.2026 klo 21.</w:t>
      </w:r>
    </w:p>
    <w:p>
      <w:r>
        <w:t>Liput 12 €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