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Monkey Island Alavus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19:00-23:59 Alavuden Kaksirivisten juhlakonsertti Monkey Islandissa pe 11.9. klo 19.</w:t>
      </w:r>
    </w:p>
    <w:p>
      <w:r>
        <w:t>Juhlakonsertti ”Palkeiden tarina - Alavuden Kaksiriviset 40 vuotta” Alavuden Monkey Islandissa perjantaina 11.9.2026.</w:t>
      </w:r>
    </w:p>
    <w:p>
      <w:r>
        <w:t>Liput 10 €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