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Keskikylän Harjula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10:00-16:00 Lasten maatalousnäyttely</w:t>
      </w:r>
    </w:p>
    <w:p>
      <w:r>
        <w:t>Kokoperheen lasten maatalousnäyttely Jalasjärven Keskikylässä</w:t>
      </w:r>
    </w:p>
    <w:p>
      <w:r>
        <w:t>Liput: 0-3 v 0€, 4-15 v 5€ 16+ 10€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