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Lakkitehdas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17:00-20:00 1–4-vuotiaiden yritysten pikkujoulut</w:t>
      </w:r>
    </w:p>
    <w:p>
      <w:r>
        <w:t>Valovoimaa ja verkostoja nuorille yrityksille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