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17:30-19:30 Kasvuraide, Lisäpotkua bisnekseen: Uusia oivalluksia bisnekseen-sparraus Kurikka</w:t>
      </w:r>
    </w:p>
    <w:p>
      <w:r>
        <w:t>Voisitko saada uudella palvelulla, tuotteella tai toimintatavalla lisää myyntiä?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