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18:00-19:00 Kasvuraide - Lisäpotkua bisnekseen: Vipinää markkinointiin -valmennus</w:t>
      </w:r>
    </w:p>
    <w:p>
      <w:r>
        <w:t>Miten saisit markkinoinnilla lisää asiakkaita ja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