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17:30-19:30 Kasvuraide - Lisäpotkua bisnekseen: Vipinää markkinointiin -sparraus, Kurikka</w:t>
      </w:r>
    </w:p>
    <w:p>
      <w:r>
        <w:t>Miten saisit markkinoinnilla lisää asiakkaita ja myyntiä?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