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Suupohjan alueella</w:t>
      </w:r>
    </w:p>
    <w:p>
      <w:r>
        <w:t>24.11.2026 tiistai</w:t>
      </w:r>
    </w:p>
    <w:p>
      <w:pPr>
        <w:pStyle w:val="Heading1"/>
      </w:pPr>
      <w:r>
        <w:t>24.11.2026 tiistai</w:t>
      </w:r>
    </w:p>
    <w:p>
      <w:pPr>
        <w:pStyle w:val="Heading2"/>
      </w:pPr>
      <w:r>
        <w:t>17:30-19:30 Kasvuraide - Lisäpotkua bisnekseen: Vipinää markkinointiin -sparraus, Suupohja</w:t>
      </w:r>
    </w:p>
    <w:p>
      <w:r>
        <w:t>Miten saisit markkinoinnilla lisää asiakkaita ja myyntiä?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