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18:00-20:00 Kasvuraide: Digitaalisen kaupan tärkeimmät menestystekijät -webinaari</w:t>
      </w:r>
    </w:p>
    <w:p>
      <w:r>
        <w:t>Haluatko kehittää yrityksesi myyntiä ja pysyä mukana digitaalisen kaupankäynnin nopeassa muutoksessa?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