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5.9.2026 lauantai</w:t>
      </w:r>
    </w:p>
    <w:p>
      <w:pPr>
        <w:pStyle w:val="Heading1"/>
      </w:pPr>
      <w:r>
        <w:t>5.9.2026 lauantai</w:t>
      </w:r>
    </w:p>
    <w:p>
      <w:pPr>
        <w:pStyle w:val="Heading2"/>
      </w:pPr>
      <w:r>
        <w:t>12:00-14:00 2 x MEAT LOVERS BRUNCH YHDEN HINNALLA!</w:t>
      </w:r>
    </w:p>
    <w:p>
      <w:r>
        <w:t>Holy Smoke</w:t>
      </w:r>
    </w:p>
    <w:p>
      <w:r>
        <w:t xml:space="preserve">Facebook kaverit &amp; Instagram seuraajat: 22€/hlö, norm. 28€/hlö. Pienet lapset 1,5€/ per ikävuosi.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