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18:00-20:00 Vanhempainilta: Verkon vaarat</w:t>
      </w:r>
    </w:p>
    <w:p>
      <w:r>
        <w:t>Vanhempainilta kaikille Kauhavan 1.-9.-luokkien huoltajille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