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17:30-21:00 Lakeus Matadorin Pikkujoulubuffet la 28.11.</w:t>
      </w:r>
    </w:p>
    <w:p>
      <w:r>
        <w:t>Pikkujouluilta herkkujen ja musiikin parissa</w:t>
      </w:r>
    </w:p>
    <w:p>
      <w:r>
        <w:t>S-Etukortilla 57 €/hlö (ilman S-Etukorttia 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