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17:30-21:00 Lakeus Matadorin Pikkujoulubuffet pe 4.12. ja la 5.12.</w:t>
      </w:r>
    </w:p>
    <w:p>
      <w:r>
        <w:t>Pikkujouluilta herkkujen ja musiikin parissa</w:t>
      </w:r>
    </w:p>
    <w:p>
      <w:r>
        <w:t>S-Etukortilla 57 €/hlö (ilman S-Etukorttia 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