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Lakeus Seinäjoki</w:t>
      </w:r>
    </w:p>
    <w:p>
      <w:r>
        <w:t>7.12.2026 maanantai</w:t>
      </w:r>
    </w:p>
    <w:p>
      <w:pPr>
        <w:pStyle w:val="Heading1"/>
      </w:pPr>
      <w:r>
        <w:t>7.12.2026-18.12.2026</w:t>
      </w:r>
    </w:p>
    <w:p>
      <w:pPr>
        <w:pStyle w:val="Heading2"/>
      </w:pPr>
      <w:r>
        <w:t>11:00-15:00 Joululounas Lakeus Matadorissa 7.–18.12.2026</w:t>
      </w:r>
    </w:p>
    <w:p>
      <w:r>
        <w:t>Lakeus Matadorin joululounas katetaan arkisin (ma–pe) 7.–18.12.2026 klo 11–15.</w:t>
      </w:r>
    </w:p>
    <w:p>
      <w:r>
        <w:t>Hinta S-Etukortilla 36 € (norm. 39 €)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