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19:00-23:59 Rauhaa ja Rakkautta - Peace and Love -punkrock-tapahtuma</w:t>
      </w:r>
    </w:p>
    <w:p>
      <w:r>
        <w:t>Seinäjoen Scandicin nostalgisessa yläkerrassa esiintymässä ovat Aino &amp; Hajonneet, Häiriköt ja Riemun Veljet! Peace, love and punkrock!</w:t>
      </w:r>
    </w:p>
    <w:p>
      <w:r>
        <w:t>Liput 20 €. Mahdollisuus ostaa myös hyväntekeväisyyslippu 25 €, tuotot menevät lasten ja nuorten liikuttamiseen!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