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14:00-14:30 Nukketeatteriesitys Syysmetsän tähtipolku</w:t>
      </w:r>
    </w:p>
    <w:p>
      <w:r>
        <w:t>Nukketeatteriesitys Syysmetsän tähtipolku Kuortaneen kirjastossa la 26.9.2026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