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Minimani kokoustilat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10:00-16:00 Maalauspäivä 10.10.2026 Seinäjoen Minimanin tiloissa</w:t>
      </w:r>
    </w:p>
    <w:p>
      <w:r>
        <w:t>Maalauspäivä 10.10.2026 Seinäjoen Minimanin tiloissa omilla välineillä ja aiheilla ( huom. ei spraymaaleja). Ohjaajana Ville Hautaluoma.</w:t>
      </w:r>
    </w:p>
    <w:p>
      <w:r>
        <w:t>35 € /osallistuja, maksu käteisellä paikan päällä.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