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17:00-18:00 Näkökulmia 1930- ja 1940-lukujen suojeluskuntiin</w:t>
      </w:r>
    </w:p>
    <w:p>
      <w:r>
        <w:t>Seinäjoen suojeluskuntatalo 100 vuotta -sarjan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