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20:00-23:00 Turmion Kätilöt @ Rytmikorjaamo</w:t>
      </w:r>
    </w:p>
    <w:p>
      <w:r>
        <w:t>Turmion Kätilöt 11.12.2026 @ Rytmikorjaamo + The Ghoulstars</w:t>
      </w:r>
    </w:p>
    <w:p>
      <w:r>
        <w:t>Liput ennakkoon 34 €, Selmun jäsenet 32 € ja ovelta 37 €, mikäli jäljellä. Lippujen hinta sisältää eteispalvelumaksun 2 €.  Liput tulevat myyntiin Tiketissä osoitteessa https://www.tiketti.fi/tapahtuma/120460 keskiviikkona 2.9. klo 9:00.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