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18:00-21:00 Kurikan Reserviläisjärjestöjen maaottelumarssi pe 18.9. klo 18, lähtö torilta</w:t>
      </w:r>
    </w:p>
    <w:p>
      <w:r>
        <w:t>Maksuton ja kaikille avoin marssitapahtuma. Lähtö Kurikan torilta pe 18.9. klo 18. Matka noin 10 km.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