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18:00-19:00 Kirjailijavieraana Tina Finn</w:t>
      </w:r>
    </w:p>
    <w:p>
      <w:r>
        <w:t>Keskiviikkona 16.9. klo 18-19 Ähtärin kaupunginkirjastossa kirjailijavieraana Tina Finn.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