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18:00-23:00 Julkkiskokki-vierailu: Tommi Tuominen</w:t>
      </w:r>
    </w:p>
    <w:p>
      <w:r>
        <w:t>Julkkiskokki-vierailut saavat jatkoa!</w:t>
      </w:r>
    </w:p>
    <w:p>
      <w:r>
        <w:t>84,00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