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11:00-18:30 Koria POP Cup ja stara tapahtuma</w:t>
      </w:r>
    </w:p>
    <w:p>
      <w:r>
        <w:t>Voimistelukilpailut Seinäjoella</w:t>
      </w:r>
    </w:p>
    <w:p>
      <w:r>
        <w:t>Liput myy Tiketti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